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7FD5" w14:textId="6A49C1A4" w:rsidR="00371F0E" w:rsidRDefault="00371F0E">
      <w:pPr>
        <w:jc w:val="center"/>
        <w:rPr>
          <w:rFonts w:ascii="Times New Roman" w:hAnsi="Times New Roman" w:cs="Times New Roman"/>
          <w:b/>
        </w:rPr>
      </w:pPr>
    </w:p>
    <w:p w14:paraId="0906A276" w14:textId="37C4F75D" w:rsidR="0021356C" w:rsidRPr="00371F0E" w:rsidRDefault="00000000">
      <w:pPr>
        <w:jc w:val="center"/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TÍTULO DO TRABALHO (EM LETRAS MAIÚSCULAS, CENTRALIZADO E EM NEGRITO)</w:t>
      </w:r>
    </w:p>
    <w:p w14:paraId="5E93409D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br/>
        <w:t>Autores: Nome Completo do Autor¹, Nome Completo do Coautor², Nome do Orientador³*</w:t>
      </w:r>
    </w:p>
    <w:p w14:paraId="5222A645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¹Instituição/Afiliação – E-mail: autor@ifpa.edu.br</w:t>
      </w:r>
    </w:p>
    <w:p w14:paraId="165179BD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²Instituição/Afiliação – E-mail: coautor@ifpa.edu.br</w:t>
      </w:r>
    </w:p>
    <w:p w14:paraId="4EB804E0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³Instituição/Afiliação – E-mail: orientador@ifpa.edu.br</w:t>
      </w:r>
    </w:p>
    <w:p w14:paraId="049FEE94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*Indicar com asterisco o orientador do trabalho.</w:t>
      </w:r>
    </w:p>
    <w:p w14:paraId="06905825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br/>
      </w:r>
    </w:p>
    <w:p w14:paraId="6A9235A4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**RESUMO**</w:t>
      </w:r>
    </w:p>
    <w:p w14:paraId="0620C93F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O texto do resumo deve conter no máximo 250 palavras, descrevendo de forma clara os objetivos, metodologia, resultados e conclusões principais do trabalho. Deve ser escrito em parágrafo único, justificado, sem citações e sem subdivisões.</w:t>
      </w:r>
    </w:p>
    <w:p w14:paraId="32D5223F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br/>
        <w:t>**Palavras-chave:** listar de três a cinco palavras, separadas por ponto e vírgula, em ordem alfabética. Exemplo: Amazônia; biodiversidade; conservação; ecologia; formigas.</w:t>
      </w:r>
    </w:p>
    <w:p w14:paraId="358F92BE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br/>
      </w:r>
    </w:p>
    <w:p w14:paraId="5FFD6447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1. INTRODUÇÃO</w:t>
      </w:r>
    </w:p>
    <w:p w14:paraId="16FCEF28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Texto referente a esta seção. Deve ser redigido em linguagem científica, clara e objetiva. As referências devem seguir as normas da ABNT (NBR 6023:2018).</w:t>
      </w:r>
    </w:p>
    <w:p w14:paraId="006F9293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2. MATERIAL E MÉTODOS</w:t>
      </w:r>
    </w:p>
    <w:p w14:paraId="5356B7FD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Texto referente a esta seção. Deve ser redigido em linguagem científica, clara e objetiva. As referências devem seguir as normas da ABNT (NBR 6023:2018).</w:t>
      </w:r>
    </w:p>
    <w:p w14:paraId="40DD53A8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3. RESULTADOS E DISCUSSÃO</w:t>
      </w:r>
    </w:p>
    <w:p w14:paraId="05DF24CF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lastRenderedPageBreak/>
        <w:t>Texto referente a esta seção. Deve ser redigido em linguagem científica, clara e objetiva. As referências devem seguir as normas da ABNT (NBR 6023:2018).</w:t>
      </w:r>
    </w:p>
    <w:p w14:paraId="5C93C555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4. CONCLUSÕES</w:t>
      </w:r>
    </w:p>
    <w:p w14:paraId="2C062732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Texto referente a esta seção. Deve ser redigido em linguagem científica, clara e objetiva. As referências devem seguir as normas da ABNT (NBR 6023:2018).</w:t>
      </w:r>
    </w:p>
    <w:p w14:paraId="031A706D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t>5. REFERÊNCIAS</w:t>
      </w:r>
    </w:p>
    <w:p w14:paraId="2857AF1C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t>Texto referente a esta seção. Deve ser redigido em linguagem científica, clara e objetiva. As referências devem seguir as normas da ABNT (NBR 6023:2018).</w:t>
      </w:r>
    </w:p>
    <w:p w14:paraId="46E590C7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  <w:b/>
        </w:rPr>
        <w:br/>
        <w:t>Observações:</w:t>
      </w:r>
    </w:p>
    <w:p w14:paraId="6FEFF755" w14:textId="77777777" w:rsidR="0021356C" w:rsidRPr="00371F0E" w:rsidRDefault="00000000">
      <w:pPr>
        <w:rPr>
          <w:rFonts w:ascii="Times New Roman" w:hAnsi="Times New Roman" w:cs="Times New Roman"/>
        </w:rPr>
      </w:pPr>
      <w:r w:rsidRPr="00371F0E">
        <w:rPr>
          <w:rFonts w:ascii="Times New Roman" w:hAnsi="Times New Roman" w:cs="Times New Roman"/>
        </w:rPr>
        <w:br/>
        <w:t>- O arquivo deve ter entre 2 e 4 páginas, incluindo figuras, tabelas e referências;</w:t>
      </w:r>
      <w:r w:rsidRPr="00371F0E">
        <w:rPr>
          <w:rFonts w:ascii="Times New Roman" w:hAnsi="Times New Roman" w:cs="Times New Roman"/>
        </w:rPr>
        <w:br/>
        <w:t>- Fonte: Times New Roman, tamanho 12; espaçamento 1,5; margens de 2,5 cm;</w:t>
      </w:r>
      <w:r w:rsidRPr="00371F0E">
        <w:rPr>
          <w:rFonts w:ascii="Times New Roman" w:hAnsi="Times New Roman" w:cs="Times New Roman"/>
        </w:rPr>
        <w:br/>
        <w:t>- O trabalho deve ser enviado em formato Word (.doc ou .docx);</w:t>
      </w:r>
      <w:r w:rsidRPr="00371F0E">
        <w:rPr>
          <w:rFonts w:ascii="Times New Roman" w:hAnsi="Times New Roman" w:cs="Times New Roman"/>
        </w:rPr>
        <w:br/>
        <w:t>- Imagens, gráficos e tabelas devem ser inseridos com legenda e numeração.</w:t>
      </w:r>
      <w:r w:rsidRPr="00371F0E">
        <w:rPr>
          <w:rFonts w:ascii="Times New Roman" w:hAnsi="Times New Roman" w:cs="Times New Roman"/>
        </w:rPr>
        <w:br/>
      </w:r>
    </w:p>
    <w:sectPr w:rsidR="0021356C" w:rsidRPr="00371F0E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4F165" w14:textId="77777777" w:rsidR="00326992" w:rsidRDefault="00326992" w:rsidP="00371F0E">
      <w:pPr>
        <w:spacing w:after="0" w:line="240" w:lineRule="auto"/>
      </w:pPr>
      <w:r>
        <w:separator/>
      </w:r>
    </w:p>
  </w:endnote>
  <w:endnote w:type="continuationSeparator" w:id="0">
    <w:p w14:paraId="73D74197" w14:textId="77777777" w:rsidR="00326992" w:rsidRDefault="00326992" w:rsidP="00371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9481" w14:textId="77777777" w:rsidR="00326992" w:rsidRDefault="00326992" w:rsidP="00371F0E">
      <w:pPr>
        <w:spacing w:after="0" w:line="240" w:lineRule="auto"/>
      </w:pPr>
      <w:r>
        <w:separator/>
      </w:r>
    </w:p>
  </w:footnote>
  <w:footnote w:type="continuationSeparator" w:id="0">
    <w:p w14:paraId="356E6432" w14:textId="77777777" w:rsidR="00326992" w:rsidRDefault="00326992" w:rsidP="00371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E2199" w14:textId="77777777" w:rsidR="00371F0E" w:rsidRDefault="00371F0E">
    <w:pPr>
      <w:pStyle w:val="Cabealho"/>
    </w:pPr>
  </w:p>
  <w:p w14:paraId="79147641" w14:textId="13B586F5" w:rsidR="00371F0E" w:rsidRDefault="00AC19E6">
    <w:pPr>
      <w:pStyle w:val="Cabealho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15AAC67" wp14:editId="127B2BE2">
          <wp:simplePos x="0" y="0"/>
          <wp:positionH relativeFrom="column">
            <wp:posOffset>2305050</wp:posOffset>
          </wp:positionH>
          <wp:positionV relativeFrom="paragraph">
            <wp:posOffset>112395</wp:posOffset>
          </wp:positionV>
          <wp:extent cx="1965325" cy="914400"/>
          <wp:effectExtent l="0" t="0" r="0" b="0"/>
          <wp:wrapNone/>
          <wp:docPr id="196081925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819259" name="Imagem 5"/>
                  <pic:cNvPicPr>
                    <a:picLocks noChangeAspect="1"/>
                  </pic:cNvPicPr>
                </pic:nvPicPr>
                <pic:blipFill rotWithShape="1">
                  <a:blip r:embed="rId1"/>
                  <a:srcRect t="6531" b="10715"/>
                  <a:stretch/>
                </pic:blipFill>
                <pic:spPr bwMode="auto">
                  <a:xfrm>
                    <a:off x="0" y="0"/>
                    <a:ext cx="19653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F6B1EB" w14:textId="057279C1" w:rsidR="00371F0E" w:rsidRDefault="00371F0E">
    <w:pPr>
      <w:pStyle w:val="Cabealh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E1EDA09" wp14:editId="68B74BE5">
          <wp:simplePos x="0" y="0"/>
          <wp:positionH relativeFrom="column">
            <wp:posOffset>1085850</wp:posOffset>
          </wp:positionH>
          <wp:positionV relativeFrom="paragraph">
            <wp:posOffset>15240</wp:posOffset>
          </wp:positionV>
          <wp:extent cx="790575" cy="882236"/>
          <wp:effectExtent l="0" t="0" r="0" b="0"/>
          <wp:wrapNone/>
          <wp:docPr id="1" name="Imagem 1" descr="IFPA Campus Itaitu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FPA Campus Itaitub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663" cy="885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10E198" w14:textId="2D516612" w:rsidR="00371F0E" w:rsidRDefault="00371F0E">
    <w:pPr>
      <w:pStyle w:val="Cabealho"/>
    </w:pPr>
  </w:p>
  <w:p w14:paraId="5FB963C7" w14:textId="78871B94" w:rsidR="00371F0E" w:rsidRDefault="00371F0E">
    <w:pPr>
      <w:pStyle w:val="Cabealho"/>
    </w:pPr>
  </w:p>
  <w:p w14:paraId="34B72A64" w14:textId="13E2DA1D" w:rsidR="00371F0E" w:rsidRDefault="00371F0E">
    <w:pPr>
      <w:pStyle w:val="Cabealho"/>
    </w:pPr>
  </w:p>
  <w:p w14:paraId="0ADCCEC0" w14:textId="2B759349" w:rsidR="00371F0E" w:rsidRDefault="00371F0E">
    <w:pPr>
      <w:pStyle w:val="Cabealho"/>
    </w:pPr>
  </w:p>
  <w:p w14:paraId="670F03EC" w14:textId="4A924595" w:rsidR="00371F0E" w:rsidRDefault="00371F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5678176">
    <w:abstractNumId w:val="8"/>
  </w:num>
  <w:num w:numId="2" w16cid:durableId="1096025848">
    <w:abstractNumId w:val="6"/>
  </w:num>
  <w:num w:numId="3" w16cid:durableId="1436628937">
    <w:abstractNumId w:val="5"/>
  </w:num>
  <w:num w:numId="4" w16cid:durableId="2028366972">
    <w:abstractNumId w:val="4"/>
  </w:num>
  <w:num w:numId="5" w16cid:durableId="1332564037">
    <w:abstractNumId w:val="7"/>
  </w:num>
  <w:num w:numId="6" w16cid:durableId="182669560">
    <w:abstractNumId w:val="3"/>
  </w:num>
  <w:num w:numId="7" w16cid:durableId="372314429">
    <w:abstractNumId w:val="2"/>
  </w:num>
  <w:num w:numId="8" w16cid:durableId="1821995909">
    <w:abstractNumId w:val="1"/>
  </w:num>
  <w:num w:numId="9" w16cid:durableId="20000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D05"/>
    <w:rsid w:val="00034616"/>
    <w:rsid w:val="0006063C"/>
    <w:rsid w:val="0015074B"/>
    <w:rsid w:val="0021356C"/>
    <w:rsid w:val="0029639D"/>
    <w:rsid w:val="00326992"/>
    <w:rsid w:val="00326F90"/>
    <w:rsid w:val="00371F0E"/>
    <w:rsid w:val="0071040D"/>
    <w:rsid w:val="009929B6"/>
    <w:rsid w:val="00AA1D8D"/>
    <w:rsid w:val="00AC19E6"/>
    <w:rsid w:val="00B47730"/>
    <w:rsid w:val="00BC54C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49D0A0"/>
  <w14:defaultImageDpi w14:val="300"/>
  <w15:docId w15:val="{B11AF85C-7F6F-4B83-BAC8-7450AB6AD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Romario</cp:lastModifiedBy>
  <cp:revision>2</cp:revision>
  <dcterms:created xsi:type="dcterms:W3CDTF">2026-10-03T17:13:00Z</dcterms:created>
  <dcterms:modified xsi:type="dcterms:W3CDTF">2026-10-03T17:13:00Z</dcterms:modified>
  <cp:category/>
</cp:coreProperties>
</file>